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282828"/>
          <w:sz w:val="36"/>
        </w:rPr>
        <w:t>IMPRESO DE MATRÍCULA</w:t>
      </w:r>
    </w:p>
    <w:p>
      <w:pPr>
        <w:spacing w:before="240" w:after="80"/>
      </w:pPr>
      <w:r>
        <w:rPr>
          <w:rFonts w:ascii="Arial" w:hAnsi="Arial"/>
          <w:b/>
          <w:color w:val="003366"/>
          <w:sz w:val="24"/>
        </w:rPr>
        <w:t>DATOS DEL ALUMNO/A</w:t>
      </w:r>
    </w:p>
    <w:p>
      <w:pPr>
        <w:spacing w:after="80" w:line="276" w:lineRule="auto"/>
      </w:pPr>
      <w:r>
        <w:rPr>
          <w:rFonts w:ascii="Arial" w:hAnsi="Arial"/>
          <w:sz w:val="20"/>
        </w:rPr>
        <w:t xml:space="preserve">Nombre y apellidos: </w:t>
      </w:r>
      <w:r>
        <w:rPr>
          <w:rFonts w:ascii="Arial" w:hAnsi="Arial"/>
          <w:color w:val="969696"/>
          <w:sz w:val="20"/>
        </w:rPr>
        <w:t>________________________________________</w:t>
      </w:r>
    </w:p>
    <w:p>
      <w:pPr>
        <w:spacing w:after="80" w:line="276" w:lineRule="auto"/>
      </w:pPr>
      <w:r>
        <w:rPr>
          <w:rFonts w:ascii="Arial" w:hAnsi="Arial"/>
          <w:sz w:val="20"/>
        </w:rPr>
        <w:t xml:space="preserve">Fecha de nacimiento: ____________________  Edad comienzo del curso: </w:t>
      </w:r>
      <w:r>
        <w:rPr>
          <w:rFonts w:ascii="Arial" w:hAnsi="Arial"/>
          <w:color w:val="969696"/>
          <w:sz w:val="20"/>
        </w:rPr>
        <w:t>____________________</w:t>
      </w:r>
    </w:p>
    <w:p>
      <w:pPr>
        <w:spacing w:after="80" w:line="276" w:lineRule="auto"/>
      </w:pPr>
      <w:r>
        <w:rPr>
          <w:rFonts w:ascii="Arial" w:hAnsi="Arial"/>
          <w:sz w:val="20"/>
        </w:rPr>
        <w:t xml:space="preserve">Dni Niño/a: </w:t>
      </w:r>
      <w:r>
        <w:rPr>
          <w:rFonts w:ascii="Arial" w:hAnsi="Arial"/>
          <w:color w:val="969696"/>
          <w:sz w:val="20"/>
        </w:rPr>
        <w:t>________________________________________</w:t>
      </w:r>
    </w:p>
    <w:p>
      <w:pPr>
        <w:spacing w:after="80" w:line="276" w:lineRule="auto"/>
      </w:pPr>
      <w:r>
        <w:rPr>
          <w:rFonts w:ascii="Arial" w:hAnsi="Arial"/>
          <w:sz w:val="20"/>
        </w:rPr>
        <w:t xml:space="preserve">Domicilio: </w:t>
      </w:r>
      <w:r>
        <w:rPr>
          <w:rFonts w:ascii="Arial" w:hAnsi="Arial"/>
          <w:color w:val="969696"/>
          <w:sz w:val="20"/>
        </w:rPr>
        <w:t>________________________________________</w:t>
      </w:r>
    </w:p>
    <w:p>
      <w:pPr>
        <w:spacing w:after="80" w:line="276" w:lineRule="auto"/>
      </w:pPr>
      <w:r>
        <w:rPr>
          <w:rFonts w:ascii="Arial" w:hAnsi="Arial"/>
          <w:sz w:val="20"/>
        </w:rPr>
        <w:t xml:space="preserve">Cód. Postal: _______________  Localidad: </w:t>
      </w:r>
      <w:r>
        <w:rPr>
          <w:rFonts w:ascii="Arial" w:hAnsi="Arial"/>
          <w:color w:val="969696"/>
          <w:sz w:val="20"/>
        </w:rPr>
        <w:t>______________________________</w:t>
      </w:r>
    </w:p>
    <w:p>
      <w:pPr>
        <w:spacing w:after="80" w:line="276" w:lineRule="auto"/>
      </w:pPr>
      <w:r>
        <w:rPr>
          <w:rFonts w:ascii="Arial" w:hAnsi="Arial"/>
          <w:sz w:val="20"/>
        </w:rPr>
        <w:t xml:space="preserve">Teléfono del domicilio: </w:t>
      </w:r>
      <w:r>
        <w:rPr>
          <w:rFonts w:ascii="Arial" w:hAnsi="Arial"/>
          <w:color w:val="969696"/>
          <w:sz w:val="20"/>
        </w:rPr>
        <w:t>________________________________________</w:t>
      </w:r>
    </w:p>
    <w:p>
      <w:pPr>
        <w:spacing w:before="240" w:after="80"/>
      </w:pPr>
      <w:r>
        <w:rPr>
          <w:rFonts w:ascii="Arial" w:hAnsi="Arial"/>
          <w:b/>
          <w:color w:val="003366"/>
          <w:sz w:val="24"/>
        </w:rPr>
        <w:t>DATOS DEL PADRE O TUTOR</w:t>
      </w:r>
    </w:p>
    <w:p>
      <w:pPr>
        <w:spacing w:after="80" w:line="276" w:lineRule="auto"/>
      </w:pPr>
      <w:r>
        <w:rPr>
          <w:rFonts w:ascii="Arial" w:hAnsi="Arial"/>
          <w:sz w:val="20"/>
        </w:rPr>
        <w:t xml:space="preserve">Nombre y apellidos: </w:t>
      </w:r>
      <w:r>
        <w:rPr>
          <w:rFonts w:ascii="Arial" w:hAnsi="Arial"/>
          <w:color w:val="969696"/>
          <w:sz w:val="20"/>
        </w:rPr>
        <w:t>________________________________________</w:t>
      </w:r>
    </w:p>
    <w:p>
      <w:pPr>
        <w:spacing w:after="80" w:line="276" w:lineRule="auto"/>
      </w:pPr>
      <w:r>
        <w:rPr>
          <w:rFonts w:ascii="Arial" w:hAnsi="Arial"/>
          <w:sz w:val="20"/>
        </w:rPr>
        <w:t xml:space="preserve">NIF: _______________________  Tfno móvil: </w:t>
      </w:r>
      <w:r>
        <w:rPr>
          <w:rFonts w:ascii="Arial" w:hAnsi="Arial"/>
          <w:color w:val="969696"/>
          <w:sz w:val="20"/>
        </w:rPr>
        <w:t>______________________________</w:t>
      </w:r>
    </w:p>
    <w:p>
      <w:pPr>
        <w:spacing w:after="80" w:line="276" w:lineRule="auto"/>
      </w:pPr>
      <w:r>
        <w:rPr>
          <w:rFonts w:ascii="Arial" w:hAnsi="Arial"/>
          <w:sz w:val="20"/>
        </w:rPr>
        <w:t xml:space="preserve">Profesión: </w:t>
      </w:r>
      <w:r>
        <w:rPr>
          <w:rFonts w:ascii="Arial" w:hAnsi="Arial"/>
          <w:color w:val="969696"/>
          <w:sz w:val="20"/>
        </w:rPr>
        <w:t>________________________________________</w:t>
      </w:r>
    </w:p>
    <w:p>
      <w:pPr>
        <w:spacing w:after="80" w:line="276" w:lineRule="auto"/>
      </w:pPr>
      <w:r>
        <w:rPr>
          <w:rFonts w:ascii="Arial" w:hAnsi="Arial"/>
          <w:sz w:val="20"/>
        </w:rPr>
        <w:t xml:space="preserve">Correo electrónico: </w:t>
      </w:r>
      <w:r>
        <w:rPr>
          <w:rFonts w:ascii="Arial" w:hAnsi="Arial"/>
          <w:color w:val="969696"/>
          <w:sz w:val="20"/>
        </w:rPr>
        <w:t>________________________________________</w:t>
      </w:r>
    </w:p>
    <w:p>
      <w:pPr>
        <w:spacing w:before="240" w:after="80"/>
      </w:pPr>
      <w:r>
        <w:rPr>
          <w:rFonts w:ascii="Arial" w:hAnsi="Arial"/>
          <w:b/>
          <w:color w:val="003366"/>
          <w:sz w:val="24"/>
        </w:rPr>
        <w:t>DATOS DE LA MADRE O TUTORA</w:t>
      </w:r>
    </w:p>
    <w:p>
      <w:pPr>
        <w:spacing w:after="80" w:line="276" w:lineRule="auto"/>
      </w:pPr>
      <w:r>
        <w:rPr>
          <w:rFonts w:ascii="Arial" w:hAnsi="Arial"/>
          <w:sz w:val="20"/>
        </w:rPr>
        <w:t xml:space="preserve">Nombre y apellidos: </w:t>
      </w:r>
      <w:r>
        <w:rPr>
          <w:rFonts w:ascii="Arial" w:hAnsi="Arial"/>
          <w:color w:val="969696"/>
          <w:sz w:val="20"/>
        </w:rPr>
        <w:t>________________________________________</w:t>
      </w:r>
    </w:p>
    <w:p>
      <w:pPr>
        <w:spacing w:after="80" w:line="276" w:lineRule="auto"/>
      </w:pPr>
      <w:r>
        <w:rPr>
          <w:rFonts w:ascii="Arial" w:hAnsi="Arial"/>
          <w:sz w:val="20"/>
        </w:rPr>
        <w:t xml:space="preserve">NIF: _______________________  Tfno móvil: </w:t>
      </w:r>
      <w:r>
        <w:rPr>
          <w:rFonts w:ascii="Arial" w:hAnsi="Arial"/>
          <w:color w:val="969696"/>
          <w:sz w:val="20"/>
        </w:rPr>
        <w:t>______________________________</w:t>
      </w:r>
    </w:p>
    <w:p>
      <w:pPr>
        <w:spacing w:after="80" w:line="276" w:lineRule="auto"/>
      </w:pPr>
      <w:r>
        <w:rPr>
          <w:rFonts w:ascii="Arial" w:hAnsi="Arial"/>
          <w:sz w:val="20"/>
        </w:rPr>
        <w:t xml:space="preserve">Profesión: </w:t>
      </w:r>
      <w:r>
        <w:rPr>
          <w:rFonts w:ascii="Arial" w:hAnsi="Arial"/>
          <w:color w:val="969696"/>
          <w:sz w:val="20"/>
        </w:rPr>
        <w:t>________________________________________</w:t>
      </w:r>
    </w:p>
    <w:p>
      <w:pPr>
        <w:spacing w:after="80" w:line="276" w:lineRule="auto"/>
      </w:pPr>
      <w:r>
        <w:rPr>
          <w:rFonts w:ascii="Arial" w:hAnsi="Arial"/>
          <w:sz w:val="20"/>
        </w:rPr>
        <w:t xml:space="preserve">Correo electrónico: </w:t>
      </w:r>
      <w:r>
        <w:rPr>
          <w:rFonts w:ascii="Arial" w:hAnsi="Arial"/>
          <w:color w:val="969696"/>
          <w:sz w:val="20"/>
        </w:rPr>
        <w:t>________________________________________</w:t>
      </w:r>
    </w:p>
    <w:p>
      <w:r>
        <w:br w:type="page"/>
      </w:r>
    </w:p>
    <w:p>
      <w:pPr>
        <w:spacing w:before="240" w:after="80"/>
      </w:pPr>
      <w:r>
        <w:rPr>
          <w:rFonts w:ascii="Arial" w:hAnsi="Arial"/>
          <w:b/>
          <w:color w:val="003366"/>
          <w:sz w:val="24"/>
        </w:rPr>
        <w:t>DATOS DE INTERÉS</w:t>
      </w:r>
    </w:p>
    <w:p>
      <w:pPr>
        <w:spacing w:after="120"/>
      </w:pPr>
      <w:r>
        <w:t>1. ¿Ha estado escolarizado anteriormente?   [  ] Sí    [  ] No</w:t>
      </w:r>
    </w:p>
    <w:p>
      <w:pPr>
        <w:spacing w:after="120"/>
      </w:pPr>
      <w:r>
        <w:t>2. Nº de hermanos: _________________</w:t>
      </w:r>
    </w:p>
    <w:p>
      <w:pPr>
        <w:spacing w:after="120"/>
      </w:pPr>
      <w:r>
        <w:t>3. Puesto que ocupa entre los hermanos: _________________</w:t>
      </w:r>
    </w:p>
    <w:p>
      <w:pPr>
        <w:spacing w:after="240"/>
      </w:pPr>
      <w:r>
        <w:t>4. Persona/s encargadas de recoger al niño/a (Especificar nombre y DNI):</w:t>
        <w:br/>
        <w:t>__________________________________________________________________</w:t>
      </w:r>
    </w:p>
    <w:p>
      <w:pPr>
        <w:spacing w:before="240" w:after="80"/>
      </w:pPr>
      <w:r>
        <w:rPr>
          <w:rFonts w:ascii="Arial" w:hAnsi="Arial"/>
          <w:b/>
          <w:color w:val="003366"/>
          <w:sz w:val="24"/>
        </w:rPr>
        <w:t>5. Aspectos médicos:</w:t>
      </w:r>
    </w:p>
    <w:p>
      <w:r>
        <w:t>¿Padece alguna enfermedad congénita o crónica?   [  ] Sí    [  ] No</w:t>
      </w:r>
    </w:p>
    <w:p>
      <w:r>
        <w:t>¿Toma alguna medicación crónica?                 [  ] Sí    [  ] No</w:t>
      </w:r>
    </w:p>
    <w:p>
      <w:r>
        <w:t>¿Es alérgico a algún medicamento o alimento?     [  ] Sí    [  ] No</w:t>
      </w:r>
    </w:p>
    <w:p>
      <w:r>
        <w:t>Especificar: _______________________________________________________</w:t>
      </w:r>
    </w:p>
    <w:p>
      <w:pPr>
        <w:spacing w:before="240" w:after="80"/>
      </w:pPr>
      <w:r>
        <w:rPr>
          <w:rFonts w:ascii="Arial" w:hAnsi="Arial"/>
          <w:b/>
          <w:color w:val="003366"/>
          <w:sz w:val="24"/>
        </w:rPr>
        <w:t>SERVICIOS SOLICITADOS</w:t>
      </w:r>
    </w:p>
    <w:p>
      <w:r>
        <w:t>• Jornada escolar:   [  ] Media jornada     [  ] Jornada completa</w:t>
      </w:r>
    </w:p>
    <w:p>
      <w:r>
        <w:t>• [  ] Horas extras</w:t>
      </w:r>
    </w:p>
    <w:p>
      <w:r>
        <w:t>• [  ] Comedor</w:t>
      </w:r>
    </w:p>
    <w:p>
      <w:r>
        <w:t>• [  ] Desayuno</w:t>
      </w:r>
    </w:p>
    <w:p>
      <w:r>
        <w:t>• [  ] Merienda</w:t>
      </w:r>
    </w:p>
    <w:p>
      <w:r>
        <w:br w:type="page"/>
      </w:r>
    </w:p>
    <w:p>
      <w:pPr>
        <w:spacing w:before="240" w:after="80"/>
      </w:pPr>
      <w:r>
        <w:rPr>
          <w:rFonts w:ascii="Arial" w:hAnsi="Arial"/>
          <w:b/>
          <w:color w:val="003366"/>
          <w:sz w:val="24"/>
        </w:rPr>
        <w:t>INFORMACIÓN LEGAL Y DE CONFIDENCIALIDAD</w:t>
      </w:r>
    </w:p>
    <w:p>
      <w:pPr>
        <w:spacing w:after="240"/>
      </w:pPr>
      <w:r>
        <w:t>ESCUELA DE PRIMERA INFANCIA EL AZAHAR, S.COOP., le informa que su dirección de correo electrónico, así como el resto de los datos de carácter personal que nos facilite, serán objeto de tratamiento automatizado en nuestros ficheros, con la finalidad de gestionar la agenda de contactos de nuestra empresa, para el envío de comunicaciones profesionales y/o personales por vía electrónica.</w:t>
        <w:br/>
        <w:br/>
        <w:t>Vd. podrá en cualquier momento ejercer el derecho de acceso, rectificación, cancelación y oposición en los términos establecidos en la legislación vigente. Siendo el responsable del tratamiento ESCUELA DE PRIMERA INFANCIA EL AZAHAR, S.COOP., con domicilio en Paseo del Portón, 2ºA, Urb. El Portón de los Jerónimos – 30830 – La Ñora - Murcia.</w:t>
      </w:r>
    </w:p>
    <w:p>
      <w:pPr>
        <w:spacing w:before="240" w:after="80"/>
      </w:pPr>
      <w:r>
        <w:rPr>
          <w:rFonts w:ascii="Arial" w:hAnsi="Arial"/>
          <w:b/>
          <w:color w:val="003366"/>
          <w:sz w:val="24"/>
        </w:rPr>
        <w:t>Confidencialidad / Confidentiality</w:t>
      </w:r>
    </w:p>
    <w:p>
      <w:r>
        <w:t>El contenido de esta comunicación, así como el de toda la documentación anexa, es confidencial y va dirigida al destinatario del mismo. En el supuesto de que usted no fuera el destinatario, le solicitamos que nos lo indique y no comunique su contenido a terceros, procediendo a su destrucción. Muchas gracias.</w:t>
        <w:br/>
        <w:br/>
        <w:t>This content of this communication and any attached information is confidential and exclusively for use of the addressee. If you are not the addressee, we ask you notify to the sender and do not pass its content to another person, and please be sure you destroy it. Thank you.</w:t>
      </w:r>
    </w:p>
    <w:p>
      <w:pPr>
        <w:spacing w:before="400"/>
      </w:pPr>
      <w:r>
        <w:rPr>
          <w:b/>
        </w:rPr>
        <w:t xml:space="preserve">IMPORTANTE: Para que la matrícula quede formalizada debe de enviar justificante del ingreso por correo a: </w:t>
      </w:r>
      <w:r>
        <w:rPr>
          <w:b/>
          <w:color w:val="0066CC"/>
        </w:rPr>
        <w:t>info@elazahar.com</w:t>
      </w:r>
    </w:p>
    <w:tbl>
      <w:tblPr>
        <w:tblW w:type="auto" w:w="0"/>
        <w:jc w:val="center"/>
        <w:tblLook w:firstColumn="1" w:firstRow="1" w:lastColumn="0" w:lastRow="0" w:noHBand="0" w:noVBand="1" w:val="04A0"/>
      </w:tblPr>
      <w:tblGrid>
        <w:gridCol w:w="9936"/>
      </w:tblGrid>
      <w:tr>
        <w:tc>
          <w:tcPr>
            <w:tcW w:type="dxa" w:w="9936"/>
            <w:shd w:fill="F2F2F2"/>
          </w:tcPr>
          <w:p>
            <w:r>
              <w:t>DATOS BANCARIOS: ES08 3058 0236 0327 2001 8513</w:t>
            </w: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